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18:00-19:00 Uskomaton taikashow</w:t>
      </w:r>
    </w:p>
    <w:p>
      <w:r>
        <w:t>Koko perheelle suunnattu Uskomaton Taikashow on jatkoa Taikuri Aatu Itkosen ja Mentalisti Jari Hynysen yhteistyölle taikuuden parissa.</w:t>
      </w:r>
    </w:p>
    <w:p>
      <w:r>
        <w:t>24 / 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