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18:00-00:00 Agit-Cirk: RapuRequiem | Ensi-ilta</w:t>
      </w:r>
    </w:p>
    <w:p>
      <w:r>
        <w:t>Dystooppinen matka kohti kadonnutta kulttuuria. RapuRequiem on puheteatteria ja nykysirkusta yhdistävä esitys.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