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9.9.2026-10.9.2026</w:t>
      </w:r>
    </w:p>
    <w:p>
      <w:pPr>
        <w:pStyle w:val="Heading1"/>
      </w:pPr>
      <w:r>
        <w:t>9.9.2026-10.9.2026</w:t>
      </w:r>
    </w:p>
    <w:p>
      <w:pPr>
        <w:pStyle w:val="Heading2"/>
      </w:pPr>
      <w:r>
        <w:t>12:00-00:00 UMO Helsinki Jazz Orchestra &amp; Elena Mîndru – Echoes of Broadway – Lounaskonsertti</w:t>
      </w:r>
    </w:p>
    <w:p>
      <w:r>
        <w:t>Jazzia lounaaksi – kyllä kiitos! Savoy-teatterin ja UMO Helsinki Jazz Orchestran toivotut lounaskonsertit jatkuvat taas syyskaudella 2026! Tämän konsertin ilmaisliput ovat varattavissa to 20.8. klo 15 alkaen Savoy-teatterista ja Lippu.fi:stä, lue tarkemmat ohjeet alempaa.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