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12.12.2026 lauantai</w:t>
      </w:r>
    </w:p>
    <w:p>
      <w:pPr>
        <w:pStyle w:val="Heading1"/>
      </w:pPr>
      <w:r>
        <w:t>12.12.2026 lauantai</w:t>
      </w:r>
    </w:p>
    <w:p>
      <w:pPr>
        <w:pStyle w:val="Heading2"/>
      </w:pPr>
      <w:r>
        <w:t>19:00-20:00 Amanda &amp; Lydia: Traces of Your Skin</w:t>
      </w:r>
    </w:p>
    <w:p>
      <w:r>
        <w:t>Nykytanssiteos kahden transnaisen siskoudesta. Kehojen dialogi, kannattelu ja samaistuva katse painavat ihoon jälkiä läheisyydestä, lohdusta ja kivusta.</w:t>
      </w:r>
    </w:p>
    <w:p>
      <w:r>
        <w:t>20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