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12.9.2026-13.9.2026</w:t>
      </w:r>
    </w:p>
    <w:p>
      <w:pPr>
        <w:pStyle w:val="Heading1"/>
      </w:pPr>
      <w:r>
        <w:t>12.9.2026-13.9.2026</w:t>
      </w:r>
    </w:p>
    <w:p>
      <w:pPr>
        <w:pStyle w:val="Heading2"/>
      </w:pPr>
      <w:r>
        <w:t>19:00-00:00 Kvadrat / Neliö – EVENT CANCELLED. NEW EVENT ON APRIL 18, 2027</w:t>
      </w:r>
    </w:p>
    <w:p>
      <w:r>
        <w:t>12.9.2026 Savoy-teatterissa Helsingissä järjestettäväksi suunniteltu KVADRAT-näytelmä ei toteudu.Sen sijaan 18.4.2027 Savoy-teatterissa nähdään musiikkinäytelmä CHANEL VS. RUBINSTEIN, jonka pääosissa esiintyvät Ekaterina Varnava, Svetlana Ustinova ja Dmitri Kondrashov.Aiemmin KVADRAT-näytelmään ostetut liput käyvät sellaisenaan 18.4.2027 järjestettävään CHANEL VS. RUBINSTEIN -esitykseen. Lippuja ei tarvitse vaihtaa.Mikäli ette halua osallistua uuteen esitykseen, voitte hakea lipuista rahanpalautusta 12.9.2026 mennessä. Lipun hinta palautetaan lukuun ottamatta Lippupisteen perimiä palvelu- ja/tai toimitusmaksuja.Lippurahojen palautusta voi hakea seuraavan linkin kautta:https://web.lippu.fi/palautus/Mahdollisissa lisäkysymyksissä voitte ottaa yhteyttä tapahtuman järjestäjään: info@giraffe-events.comKVADRAT-näytelmän vaihtoon liittyviä kysymyksiä ei käsitellä enää 12.9.2026 jälkeen.Lisätietoja CHANEL VS. RUBINSTEIN musiikkinäytelmästä voit lukea:  https://www.savoyteatteri.fi/fi/tapahtumat/event/70B72CE3626C52F6527AE5B8E557EF67/Chanel_vs__Rubinstein_******The play Square is a deeply personal story about friendship, time, and change that immerses us in the atmosphere of the cabaret show "Attraction 90s."The production was created by one of today's most acclaimed directors — Marfa Gorvits, a two-time Golden Mask award winner. She has staged productions in Estonia, Norway, Germany, and Israel.This show brings together a remarkable all-male cast: Maxim Vitorgan, Evgeny Kulakov, Mikhail Umanets, and Ruslan Barabanov. Old friends gather for a virtual reunion to reminisce about their childhood. In recent years, they've all ended up on opposite sides of the barricades. The characters recreate and try to make sense of their shared history. Today, when the world and reality have changed beyond recognition, childhood friends separated by borders are forced to search for justification.Is it possible to preserve human relationships when everything around is falling apart? Is reconciliation possible when people see life from different perspectives? This documentary drama becomes a multilayered statement about how the personal intertwines with the historical, and how the past inevitably shapes the present.Square is about us. A play that begins as a memory and ends with that familiar lump in your throat. That moment when you're smiling, but inside there's a quiet, warm ache.This play is performed in Russian without surtitles.Duration: Approx.1hour and 40 minutes without intermissionAge limit 18+The floor: R18 alcohol serving area. The balcony: no alcohol serving.</w:t>
      </w:r>
    </w:p>
    <w:p>
      <w:r>
        <w:t>44,50-104 €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