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15:00-18:00 Yalla Disko – Riemua, tanssia ja työpajoja koko perheelle!</w:t>
      </w:r>
    </w:p>
    <w:p>
      <w:r>
        <w:t>Yalla Disko valtaa Annantalon! Hypätään yhdessä värikkäälle tanssilattialle, missä arabihitit pauhaavat, ilmapallot lentelevät ja nauru raikaa!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