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18:00-19:00 PHMOsta kajahtaa! -oppilaskonsertti</w:t>
      </w:r>
    </w:p>
    <w:p>
      <w:r>
        <w:t>PHMO:sta kajahtaa! -konserttisarja koostuu kolmesta konsertista, joista jokaisessa on oma soittimellinen profiilinsa.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