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17:00-21:00 Africa Day</w:t>
      </w:r>
    </w:p>
    <w:p>
      <w:r>
        <w:t>Malmitalolla ensimmäistä kertaa järjestettävä Africa Day esittelee musiikin, ruoan ja tanssin kautta senegalilaista, ghanalaista ja etiopia-eritrealaista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