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18:00-20:00 Malmitalon teehuone: Somalia – Malmitalon yhteisömaanantait</w:t>
      </w:r>
    </w:p>
    <w:p>
      <w:r>
        <w:t>Kuun viimeinen maanantai Malmitalon parvi muuttuu teehuoneeksi, jossa pääset tutustumaan eri maiden teekulttuureihin ohjaajan opastuksella.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