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10:00-00:00 Helsingin poliisisoittokunnan lastenyhtye Nallekopla</w:t>
      </w:r>
    </w:p>
    <w:p>
      <w:r>
        <w:t>Helsingin poliisisoittokunnan Nallekopla pistää kemut pystyyn! Luvassa laulua, leikkiä ja tärkeää asiaa liikenneturvallisuudesta sekä kaveritaidoista.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