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18:00-00:00 Helsingin gaykuoro Out ’n loud – Pride-etkot</w:t>
      </w:r>
    </w:p>
    <w:p>
      <w:r>
        <w:t>Kymmenkunta lauluintoista kundia kokoontui syksyllä 2004 saman pianon ääreen. Syntyi Suomen ensimmäinen gaykuoro Out ’n loud.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