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Ala-Malmin tori 1, 00700, Helsinki</w:t>
      </w:r>
    </w:p>
    <w:p>
      <w:r>
        <w:t>30.9.2026-1.10.2026</w:t>
      </w:r>
    </w:p>
    <w:p>
      <w:pPr>
        <w:pStyle w:val="Heading1"/>
      </w:pPr>
      <w:r>
        <w:t>30.9.2026-1.10.2026</w:t>
      </w:r>
    </w:p>
    <w:p>
      <w:pPr>
        <w:pStyle w:val="Heading2"/>
      </w:pPr>
      <w:r>
        <w:t>18:00-00:00 Practical Magic: Lumotut sisaret (12) – Kino Helios</w:t>
      </w:r>
    </w:p>
    <w:p>
      <w:r>
        <w:t>Sandra Bullockin ja Nicole Kidmanin tähdittämä Practical Magic: Lumotut sisaret vie kuutamon valaisemien kepposten ja esiäitien taikuuden sävyttämään maailmaan.</w:t>
      </w:r>
    </w:p>
    <w:p>
      <w:r>
        <w:t>9€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