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18:00-00:00 Practical Magic: Lumotut sisaret (12) – Kino Helios</w:t>
      </w:r>
    </w:p>
    <w:p>
      <w:r>
        <w:t>Sandra Bullockin ja Nicole Kidmanin tähdittämä Practical Magic: Lumotut sisaret vie kuutamon valaisemien kepposten ja esiäitien taikuuden sävyttämään maailmaan.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