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9.10.2026-10.10.2026</w:t>
      </w:r>
    </w:p>
    <w:p>
      <w:pPr>
        <w:pStyle w:val="Heading1"/>
      </w:pPr>
      <w:r>
        <w:t>9.10.2026-10.10.2026</w:t>
      </w:r>
    </w:p>
    <w:p>
      <w:pPr>
        <w:pStyle w:val="Heading2"/>
      </w:pPr>
      <w:r>
        <w:t>18:00-00:00 Heart of the Beast (12) – Kino Helios</w:t>
      </w:r>
    </w:p>
    <w:p>
      <w:r>
        <w:t>Jouduttuaan vakavaan lentokoneonnettomuuteen entinen erikoisjoukkojen upseeri James Belmont (Brad Pitt) ja hänen taistelukoiransa Odin jäävät eristyksiin syvälle Alaskan erämaahan.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