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18:00-18:35 Naapurini | Ensi-ilta</w:t>
      </w:r>
    </w:p>
    <w:p>
      <w:r>
        <w:t>Lämmin, humoristinen ja mielikuvitusta kutkuttava lastenteatteriesitys muuttamisesta, jännittämisestä ja siitä, miten uudesta voi tulla tuttua ja turvallista.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