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17:00-19:30 Sarjakuvatyöpaja</w:t>
      </w:r>
    </w:p>
    <w:p>
      <w:r>
        <w:t>Myllyteatteri jatkaa suosittujen taiteilijoille suunnattujen työpajojen järjestämistä touko- ja kesäkuussa 2026.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