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14:00-15:00 Iiro Rantala &amp; Lotta Kuusisto: Vuosirenkaita – Vahvatunnelmainen esitys elämänmenosta</w:t>
      </w:r>
    </w:p>
    <w:p>
      <w:r>
        <w:t>Pianisti Iiro Rantalan ja näyttelijä Lotta Kuusiston vuosirenkaat ovat taipuvia tarinoita elämänkaaresta.</w:t>
      </w:r>
    </w:p>
    <w:p>
      <w:r>
        <w:t>15€ /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