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18:00-19:34 Kappale kauneinta Suomea – Doc Helios</w:t>
      </w:r>
    </w:p>
    <w:p>
      <w:r>
        <w:t>Koskettava tarina perheestä, rakkaudesta ja irtipäästämisen vaikeudesta.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