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15:00-16:48 Syyslomaleffa: Lilo &amp; Stitch (7)</w:t>
      </w:r>
    </w:p>
    <w:p>
      <w:r>
        <w:t>Tarina yksinäisestä havaijilaistytöstä ja pakomatkalla olevasta avaruusolennosta, joka yrittää auttaa häntä pitämään rikkinäisen perheensä koossa.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