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4.11.2026-5.11.2026</w:t>
      </w:r>
    </w:p>
    <w:p>
      <w:pPr>
        <w:pStyle w:val="Heading1"/>
      </w:pPr>
      <w:r>
        <w:t>4.11.2026-5.11.2026</w:t>
      </w:r>
    </w:p>
    <w:p>
      <w:pPr>
        <w:pStyle w:val="Heading2"/>
      </w:pPr>
      <w:r>
        <w:t>19:00-00:00 Finnair Pilots’ Big Band feat Suomen Rat Pack goes Las Vegas</w:t>
      </w:r>
    </w:p>
    <w:p>
      <w:r>
        <w:t>Finnair Pilots´ Big Bandin Suomen Rat Pack Goes Las Vegas -konsertti esittää legendaarisen Rat Pack -kokoonpanon musiikkia pitkästä aikaa Suomessa.</w:t>
      </w:r>
    </w:p>
    <w:p>
      <w:r>
        <w:t>33/29€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