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18:00-00:00 Lauluyhtye Chime x Tiina Korkiainen: Koska mä päätin niin – 10 vuotta tunteella</w:t>
      </w:r>
    </w:p>
    <w:p>
      <w:r>
        <w:t>A cappella -musiikkia tunteella</w:t>
      </w:r>
    </w:p>
    <w:p>
      <w:r>
        <w:t>19,80 / 16,80€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