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19:00-21:30 Nothing for Money plays Dire Straits and Mark Knopfler – Nothing Is What It Is -kiertue 2026</w:t>
      </w:r>
    </w:p>
    <w:p>
      <w:r>
        <w:t>Nothing for Money on taitava suomalainen yhtye, joka esittää Dire Straits -yhtyeen musiikkia</w:t>
      </w:r>
    </w:p>
    <w:p>
      <w:r>
        <w:t>33,90€ / 28,90€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