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19:00-21:00 Teatteri Rajapinta: Monttu auki</w:t>
      </w:r>
    </w:p>
    <w:p>
      <w:r>
        <w:t>Monttu auki on pirskahteleva komedia kuolemasta.</w:t>
      </w:r>
    </w:p>
    <w:p>
      <w:r>
        <w:t>35 / 32 €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