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19:00-20:15 Mikko Joensuu – A la Malmi</w:t>
      </w:r>
    </w:p>
    <w:p>
      <w:r>
        <w:t>Mikko Joensuu on hehkutettu laulaja-lauluntekijä, jonka tuorein albumi Long Ark ilmestyi seitsemän vuoden tauon jälkeen tammikuussa 2024.</w:t>
      </w:r>
    </w:p>
    <w:p>
      <w:r>
        <w:t>20€ /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