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17:30-18:30 PHMO: Muskarilaisten konsertti</w:t>
      </w:r>
    </w:p>
    <w:p>
      <w:r>
        <w:t>Juuri sinä olet lämpimästi tervetullut kuuntelemaan näitä Pohjois-Helsingin musiikkiopiston nuorten taitajien esityksiä – konserttiin on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