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18:00-20:00 Third Spaces Collective: INDIGENOUS VOICES (BRA/KOR/FIN/NZL/ITA/AUS – Etnosoi!-festivaali Vuotalossa</w:t>
      </w:r>
    </w:p>
    <w:p>
      <w:r>
        <w:t>Third Spaces Collective tuo yhteen alkuperäiskansojen ja muiden kulttuuritaustojen taiteilijoita.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