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6.12.2026-7.12.2026</w:t>
      </w:r>
    </w:p>
    <w:p>
      <w:pPr>
        <w:pStyle w:val="Heading1"/>
      </w:pPr>
      <w:r>
        <w:t>6.12.2026-7.12.2026</w:t>
      </w:r>
    </w:p>
    <w:p>
      <w:pPr>
        <w:pStyle w:val="Heading2"/>
      </w:pPr>
      <w:r>
        <w:t>13:00-00:00 Itsenäisyyspäivän rauhanmatinea - Sana vs. sota</w:t>
      </w:r>
    </w:p>
    <w:p>
      <w:r>
        <w:t>Tilaisuus tarjoaa ikimuistoisen hetken hyvän musiikin, tanssin sekä painavan sanan äärellä.Tule kuulemaan ajan tärkeimmät puheenvuorot ja musiikin sanomat.  Voit jäädä tilaisuuden jälkeen hetkeksi yhteisen kokemuksen äärelle.Tarkempi ohjelma julkaistaan myöhemmin.Liput myynnissä 3.8. alkaenIkäraja: SKesto n. 3 h, sisältää väliajan</w:t>
      </w:r>
    </w:p>
    <w:p>
      <w:r>
        <w:t>10-35 €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