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18:00-18:30 Teatteri Qo: Niitty – Stoan Elojuhla | Taiteiden yö</w:t>
      </w:r>
    </w:p>
    <w:p>
      <w:r>
        <w:t>Sukella vihreän eri sävyihin ja kukkimisen keveyteen!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