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09:30-10:15 Jussin metsäsadut – Tarinallinen satuhetki Karhukallion metsässä</w:t>
      </w:r>
    </w:p>
    <w:p>
      <w:r>
        <w:t>Jussi Ollila toimii oppaana ihmeellisiin, ilahduttaviin ja hurjiinkin tarinoihin. Tänä syksynä seikkailuun sukelletaan metsämaisemissa!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