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Turunlinnantie 1, 00900, Helsinki</w:t>
      </w:r>
    </w:p>
    <w:p>
      <w:r>
        <w:t>25.11.2026 keskiviikko</w:t>
      </w:r>
    </w:p>
    <w:p>
      <w:pPr>
        <w:pStyle w:val="Heading1"/>
      </w:pPr>
      <w:r>
        <w:t>25.11.2026 keskiviikko</w:t>
      </w:r>
    </w:p>
    <w:p>
      <w:pPr>
        <w:pStyle w:val="Heading2"/>
      </w:pPr>
      <w:r>
        <w:t>12:00-14:30 Yläkoulukino: Orava</w:t>
      </w:r>
    </w:p>
    <w:p>
      <w:r>
        <w:t>Orava on tarina Pasista, yksinäisestä mutta hyväsydämisestä keinotekoisten eläinten suunnittelijasta, joka elää maailmassa, missä luonto on vain muisto ja ihmisen hyvinvointi on järjestetty jopa liiankin huolellisesti. Eräänä päivänä Pasi (Miro Lopperi) löytää sattumalta maailman viimeisen elävän oravan, ja kohtaa samalla Emilian (Mimosa Willamo), hyvinvoinnin sääntökirjaa valvovan viranomaisen. Pasi päättää uhmata yhteiskunnan sääntöjä ja auttaa oravaa, mutta tapahtuu jotain odottamatonta – orava masentuu ja Pasi rakastuu.Paikka: teatterisaliKieli: suomiKesto: 93 minIlmoittautumiset: kultus.hel.fi 18.8. alkaen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