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11.12.2026 perjantai</w:t>
      </w:r>
    </w:p>
    <w:p>
      <w:pPr>
        <w:pStyle w:val="Heading1"/>
      </w:pPr>
      <w:r>
        <w:t>11.12.2026-12.12.2026</w:t>
      </w:r>
    </w:p>
    <w:p>
      <w:pPr>
        <w:pStyle w:val="Heading2"/>
      </w:pPr>
      <w:r>
        <w:t>18:00-00:00 Puistokatu 4 x Stoa: Tieteen ja toivon klubi &amp; Olavi Uusivirta</w:t>
      </w:r>
    </w:p>
    <w:p>
      <w:r>
        <w:t>Tieteen ja toivon klubissa kuullaan Puistokatu 4:n tutkijoiden näkökulmia aikamme kuumiin kysymyksiin sekä Olavi Uusivirran musiikkia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