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17:00-00:00 Tanssikoulu Tanssila: Klaara, Krista ja Pähkinänsärkijä</w:t>
      </w:r>
    </w:p>
    <w:p>
      <w:r>
        <w:t>Klaara, Krista ja Pähkinänsärkijä on taianomainen tanssisatu, jossa Tšaikovskin upea musiikki ja suomenkielinen kerronta vievät katsojan mukaansa.</w:t>
      </w:r>
    </w:p>
    <w:p>
      <w:r>
        <w:t>33,90 / 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