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13:00-14:00 Jokeri Pokeri Box – Taikuri Simo Aallon 50-vuotisjuhlakiertue</w:t>
      </w:r>
    </w:p>
    <w:p>
      <w:r>
        <w:t>Simon pitkää ja menestyksekästä taikurin uraa on seurannut jo kaksi sukupolvea ja meno vaan paranee!</w:t>
      </w:r>
    </w:p>
    <w:p>
      <w:r>
        <w:t>18.80€ / 16.40€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