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16:00-17:00 Sirkuskurssi senioreille, Ryhmä 2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