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00:00-15:30 Panssarilaiva Ilmarisen tuhosta 85 vuotta</w:t>
      </w:r>
    </w:p>
    <w:p>
      <w:r>
        <w:t>Dosentti, historioitsija Ville Jalovaara kertoo tammikuussa 2026 ilmestyneestä historiateoksestaan Ilmarinen 1941 – Operaatio Nordwind ja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