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14:00-16:00 Hetki ennen valoa – HopeaCine</w:t>
      </w:r>
    </w:p>
    <w:p>
      <w:r>
        <w:t>HopeaCinessä nähdään kotimaisia uutuuselokuvia ja kuullaan elokuva-alan ammattilaisia. Syyskuun elokuvana Klaus Härön uutuus.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