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19:30-20:30 Sisus Sirkus: Memoirs of Mud – Helsinki Circus Festival</w:t>
      </w:r>
    </w:p>
    <w:p>
      <w:r>
        <w:t>Memoirs of Mud on absurdin leikkisä nykysirkusseikkailu, jossa akrobatia, multa ja mielikuvitukselliset objektit törmäyttävät luonnon ja keinotekoisuuden.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