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16:00-19:00 Kesätori</w:t>
      </w:r>
    </w:p>
    <w:p>
      <w:r>
        <w:t>Ala-Malmin torilla kesä jatkuu vielä syyskuussakin! Tervetuloa kesätorille, jossa paikalliset toimijat esittelevät toimintaansa ja myyvät tuotteitaan.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