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12.9.2026 lauantai</w:t>
      </w:r>
    </w:p>
    <w:p>
      <w:pPr>
        <w:pStyle w:val="Heading1"/>
      </w:pPr>
      <w:r>
        <w:t>12.9.2026 lauantai</w:t>
      </w:r>
    </w:p>
    <w:p>
      <w:pPr>
        <w:pStyle w:val="Heading2"/>
      </w:pPr>
      <w:r>
        <w:t>19:00-20:10 Kerttu Opus &amp; Opus Company: Suddenly – and other ways to change – Helsinki Circus Festival</w:t>
      </w:r>
    </w:p>
    <w:p>
      <w:r>
        <w:t>Kerttu Opuksen ja Opus Companyn sooloteos yhdistää taikuuden, sirkuksen ja teatterin tutkielmaksi muutoksesta, menetyksestä ja kasvusta.</w:t>
      </w:r>
    </w:p>
    <w:p>
      <w:r>
        <w:t>24 / 19 / 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