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Annankatu 30, 00100, Helsinki</w:t>
      </w:r>
    </w:p>
    <w:p>
      <w:r>
        <w:t>18.9.2026 perjantai</w:t>
      </w:r>
    </w:p>
    <w:p>
      <w:pPr>
        <w:pStyle w:val="Heading1"/>
      </w:pPr>
      <w:r>
        <w:t>18.9.2026 perjantai</w:t>
      </w:r>
    </w:p>
    <w:p>
      <w:pPr>
        <w:pStyle w:val="Heading2"/>
      </w:pPr>
      <w:r>
        <w:t>09:00-09:40 Metka matka! – Tanssi- ja sirkusesitys päiväkotiryhmille</w:t>
      </w:r>
    </w:p>
    <w:p>
      <w:r>
        <w:t>Metka matka! on lapsille suunnattu vauhdikas ja lämminhenkinen tanssia ja sirkusta yhdistelevä esitys.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