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10:30-11:00 Skidikino: Muumien maailma – Viimeinen lohikäärme ja muita muumiseikkailuja!</w:t>
      </w:r>
    </w:p>
    <w:p>
      <w:r>
        <w:t>Puolen tunnin elokuvahetki suuressa Vuosalissa sopii kaikkein pienimmille! Elokuvahetkessä seurataan muumien sanattomia seikkailuja.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