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10:00-11:20 Syyslomaleffa: Muumi ja punainen pyrstötähti (3)</w:t>
      </w:r>
    </w:p>
    <w:p>
      <w:r>
        <w:t>Tule Vuotaloon elokuviin syyslomalla!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