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17:00-19:00 Lasten Halloween-disko</w:t>
      </w:r>
    </w:p>
    <w:p>
      <w:r>
        <w:t>Malmisalissa tanssitaan ja pidetään hauskaa hurjan jännittävässä Halloween-tunnelmassa pyhäinpäivän aattona! Luvassa myös muuta karmivan kivaa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