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19:00-21:00 Asa | Duo Vastaanotin – Idän kirjamessut</w:t>
      </w:r>
    </w:p>
    <w:p>
      <w:r>
        <w:t>Idän kirjamessujen ilta kietoo kuulijat musiikin, lyriikoiden ja sanataiteen maailmaan.</w:t>
      </w:r>
    </w:p>
    <w:p>
      <w:r>
        <w:t>15 €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