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18:00-19:10 Katja Lundén Company: WHAT IS LOVE (baby don’t hurt me)?</w:t>
      </w:r>
    </w:p>
    <w:p>
      <w:r>
        <w:t>WHAT IS LOVE on tanssillinen tutkimusmatka antiikin rakkauskäsitykseen; katsaus rakkauden olemukseen ja ytimeen.</w:t>
      </w:r>
    </w:p>
    <w:p>
      <w:r>
        <w:t>27,40 € / 24,30 € /18,30 €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