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11:45-13:15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