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2.10.2026 perjantai</w:t>
      </w:r>
    </w:p>
    <w:p>
      <w:pPr>
        <w:pStyle w:val="Heading1"/>
      </w:pPr>
      <w:r>
        <w:t>2.10.2026 perjantai</w:t>
      </w:r>
    </w:p>
    <w:p>
      <w:pPr>
        <w:pStyle w:val="Heading2"/>
      </w:pPr>
      <w:r>
        <w:t>18:00-19:45 Ismo Dance Company: 5 koreografiaa rakkaudesta</w:t>
      </w:r>
    </w:p>
    <w:p>
      <w:r>
        <w:t>Rakkauden teemoja eri näkökulmista esittävä tapahtuma tuo yhteen viisi koreografia ja viisi hyvin erilaista tanssiteosta humoristisen juontajan johdattamana.</w:t>
      </w:r>
    </w:p>
    <w:p>
      <w:r>
        <w:t>24,50 / 19 €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