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17:00-20:30 VuoRock – Nuorten bänditapahtuma</w:t>
      </w:r>
    </w:p>
    <w:p>
      <w:r>
        <w:t>Vuosaaren nuorten tuottamassa bänditapahtumassa kuullaan loppukesän tarttuvimmat riffit ja rosoisimmat säröt, kun neljä bändiä päästetään irti ja rokki soi!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