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19:00-22:00 Helsinki Experimental Series – Nomads Festival</w:t>
      </w:r>
    </w:p>
    <w:p>
      <w:r>
        <w:t>Improvisoitu musiikki, tanssi ja visuaalinen taide yhdistyvät illassa, jossa kohtaaminen ja läsnäolo ovat keskiössä.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