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18:00-19:00 Kauri Honkakoski Company: HIGH TIDE [nousuvesi]</w:t>
      </w:r>
    </w:p>
    <w:p>
      <w:r>
        <w:t>HIGH TIDE [nousuvesi] on apokalyptinen salonkidraama, joka sijoittuu paratiisin viimeiselle rannalle.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